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7E5FE" w14:textId="1227FFA6" w:rsidR="001F7B7F" w:rsidRPr="00D07E99" w:rsidRDefault="008B23E8">
      <w:pPr>
        <w:spacing w:after="40"/>
        <w:rPr>
          <w:rFonts w:ascii="Arial Narrow" w:hAnsi="Arial Narrow" w:cs="Calibri"/>
          <w:iCs/>
          <w:sz w:val="20"/>
          <w:szCs w:val="20"/>
        </w:rPr>
      </w:pPr>
      <w:r w:rsidRPr="00D07E99">
        <w:rPr>
          <w:rFonts w:ascii="Arial Narrow" w:hAnsi="Arial Narrow"/>
          <w:iCs/>
          <w:sz w:val="20"/>
          <w:szCs w:val="20"/>
        </w:rPr>
        <w:t>Katolička gimnazija s pravom javnosti u Požegi</w:t>
      </w:r>
      <w:r w:rsidRPr="00D07E99">
        <w:rPr>
          <w:rFonts w:ascii="Arial Narrow" w:hAnsi="Arial Narrow" w:cs="Calibri"/>
          <w:iCs/>
          <w:sz w:val="20"/>
          <w:szCs w:val="20"/>
        </w:rPr>
        <w:br/>
        <w:t>Pape Ivana Pavla II 6, 34000 Požega</w:t>
      </w:r>
      <w:r w:rsidRPr="00D07E99">
        <w:rPr>
          <w:rFonts w:ascii="Arial Narrow" w:hAnsi="Arial Narrow" w:cs="Calibri"/>
          <w:iCs/>
          <w:sz w:val="20"/>
          <w:szCs w:val="20"/>
        </w:rPr>
        <w:br/>
        <w:t>23183109241</w:t>
      </w:r>
      <w:r w:rsidRPr="00D07E99">
        <w:rPr>
          <w:rFonts w:ascii="Arial Narrow" w:hAnsi="Arial Narrow" w:cs="Calibri"/>
          <w:iCs/>
          <w:sz w:val="20"/>
          <w:szCs w:val="20"/>
        </w:rPr>
        <w:br/>
      </w:r>
      <w:hyperlink r:id="rId6" w:history="1">
        <w:r w:rsidRPr="00D07E99">
          <w:rPr>
            <w:rStyle w:val="Hiperveza"/>
            <w:rFonts w:ascii="Arial Narrow" w:hAnsi="Arial Narrow" w:cs="Calibri"/>
            <w:iCs/>
            <w:sz w:val="20"/>
            <w:szCs w:val="20"/>
          </w:rPr>
          <w:t>ravnatelj@katolicka-gimnazija.hr</w:t>
        </w:r>
      </w:hyperlink>
      <w:r w:rsidRPr="00D07E99">
        <w:rPr>
          <w:rFonts w:ascii="Arial Narrow" w:hAnsi="Arial Narrow" w:cs="Calibri"/>
          <w:iCs/>
          <w:sz w:val="20"/>
          <w:szCs w:val="20"/>
        </w:rPr>
        <w:t xml:space="preserve"> </w:t>
      </w:r>
    </w:p>
    <w:p w14:paraId="776F0D3F" w14:textId="0D45F378" w:rsidR="001F7B7F" w:rsidRPr="002026A0" w:rsidRDefault="00000000">
      <w:pPr>
        <w:spacing w:after="480"/>
        <w:rPr>
          <w:rFonts w:ascii="Calibri" w:hAnsi="Calibri" w:cs="Calibri"/>
          <w:iCs/>
        </w:rPr>
      </w:pPr>
      <w:r w:rsidRPr="00D07E99">
        <w:rPr>
          <w:rFonts w:ascii="Arial Narrow" w:hAnsi="Arial Narrow" w:cs="Calibri"/>
          <w:iCs/>
          <w:sz w:val="20"/>
          <w:szCs w:val="20"/>
        </w:rPr>
        <w:t xml:space="preserve">Mjesto i datum: </w:t>
      </w:r>
      <w:r w:rsidR="002026A0" w:rsidRPr="00D07E99">
        <w:rPr>
          <w:rFonts w:ascii="Arial Narrow" w:hAnsi="Arial Narrow" w:cs="Calibri"/>
          <w:iCs/>
          <w:sz w:val="20"/>
          <w:szCs w:val="20"/>
        </w:rPr>
        <w:t xml:space="preserve">Požega, </w:t>
      </w:r>
      <w:r w:rsidR="006F521F">
        <w:rPr>
          <w:rFonts w:ascii="Arial Narrow" w:hAnsi="Arial Narrow" w:cs="Calibri"/>
          <w:iCs/>
          <w:sz w:val="20"/>
          <w:szCs w:val="20"/>
        </w:rPr>
        <w:t>26.10.</w:t>
      </w:r>
      <w:r w:rsidRPr="00D07E99">
        <w:rPr>
          <w:rFonts w:ascii="Arial Narrow" w:hAnsi="Arial Narrow" w:cs="Calibri"/>
          <w:iCs/>
          <w:sz w:val="20"/>
          <w:szCs w:val="20"/>
        </w:rPr>
        <w:t xml:space="preserve"> 2026. godine</w:t>
      </w:r>
    </w:p>
    <w:p w14:paraId="7A5C3121" w14:textId="77777777" w:rsidR="001F7B7F" w:rsidRPr="00D07E99" w:rsidRDefault="00000000">
      <w:pPr>
        <w:spacing w:after="40"/>
        <w:jc w:val="center"/>
        <w:rPr>
          <w:rFonts w:ascii="Arial Narrow" w:hAnsi="Arial Narrow" w:cs="Calibri"/>
          <w:iCs/>
        </w:rPr>
      </w:pPr>
      <w:r w:rsidRPr="00D07E99">
        <w:rPr>
          <w:rFonts w:ascii="Arial Narrow" w:hAnsi="Arial Narrow" w:cs="Calibri"/>
          <w:b/>
          <w:iCs/>
          <w:sz w:val="28"/>
        </w:rPr>
        <w:t>OBRAZAC</w:t>
      </w:r>
    </w:p>
    <w:p w14:paraId="3DD5B9F2" w14:textId="77777777" w:rsidR="001F7B7F" w:rsidRPr="00D07E99" w:rsidRDefault="00000000">
      <w:pPr>
        <w:spacing w:after="480"/>
        <w:jc w:val="center"/>
        <w:rPr>
          <w:rFonts w:ascii="Arial Narrow" w:hAnsi="Arial Narrow" w:cs="Calibri"/>
          <w:iCs/>
        </w:rPr>
      </w:pPr>
      <w:r w:rsidRPr="00D07E99">
        <w:rPr>
          <w:rFonts w:ascii="Arial Narrow" w:hAnsi="Arial Narrow" w:cs="Calibri"/>
          <w:b/>
          <w:iCs/>
          <w:sz w:val="28"/>
        </w:rPr>
        <w:t>za sudjelovanje javnosti u postupku savjetovanja o</w:t>
      </w:r>
      <w:r w:rsidRPr="00D07E99">
        <w:rPr>
          <w:rFonts w:ascii="Arial Narrow" w:hAnsi="Arial Narrow" w:cs="Calibri"/>
          <w:b/>
          <w:iCs/>
          <w:sz w:val="28"/>
        </w:rPr>
        <w:br/>
        <w:t>Nacrtu Pravilnika o jednostavnoj nabavi</w:t>
      </w:r>
    </w:p>
    <w:p w14:paraId="4B4B559A" w14:textId="77777777" w:rsidR="001F7B7F" w:rsidRPr="00D07E99" w:rsidRDefault="00000000">
      <w:pPr>
        <w:spacing w:after="120"/>
        <w:rPr>
          <w:rFonts w:ascii="Arial Narrow" w:hAnsi="Arial Narrow" w:cs="Calibri"/>
          <w:iCs/>
        </w:rPr>
      </w:pPr>
      <w:r w:rsidRPr="00D07E99">
        <w:rPr>
          <w:rFonts w:ascii="Arial Narrow" w:hAnsi="Arial Narrow" w:cs="Calibri"/>
          <w:b/>
          <w:iCs/>
        </w:rPr>
        <w:t>1. PODACI O PODNOSITELJU PRIGOVORA / PRIJEDLOGA</w:t>
      </w:r>
    </w:p>
    <w:tbl>
      <w:tblPr>
        <w:tblW w:w="0" w:type="auto"/>
        <w:jc w:val="center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ook w:val="04A0" w:firstRow="1" w:lastRow="0" w:firstColumn="1" w:lastColumn="0" w:noHBand="0" w:noVBand="1"/>
      </w:tblPr>
      <w:tblGrid>
        <w:gridCol w:w="3597"/>
        <w:gridCol w:w="5753"/>
      </w:tblGrid>
      <w:tr w:rsidR="001F7B7F" w:rsidRPr="00D07E99" w14:paraId="65B38913" w14:textId="77777777">
        <w:trPr>
          <w:jc w:val="center"/>
        </w:trPr>
        <w:tc>
          <w:tcPr>
            <w:tcW w:w="3600" w:type="dxa"/>
            <w:shd w:val="clear" w:color="auto" w:fill="F2F2F2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241FC2DF" w14:textId="77777777" w:rsidR="001F7B7F" w:rsidRPr="00D07E99" w:rsidRDefault="00000000">
            <w:pPr>
              <w:spacing w:after="0"/>
              <w:rPr>
                <w:rFonts w:ascii="Arial Narrow" w:hAnsi="Arial Narrow" w:cs="Calibri"/>
                <w:iCs/>
              </w:rPr>
            </w:pPr>
            <w:r w:rsidRPr="00D07E99">
              <w:rPr>
                <w:rFonts w:ascii="Arial Narrow" w:hAnsi="Arial Narrow" w:cs="Calibri"/>
                <w:b/>
                <w:iCs/>
                <w:sz w:val="20"/>
              </w:rPr>
              <w:t>Ime i prezime / Naziv pravne osobe:</w:t>
            </w:r>
          </w:p>
        </w:tc>
        <w:tc>
          <w:tcPr>
            <w:tcW w:w="5760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7183BB40" w14:textId="77777777" w:rsidR="001F7B7F" w:rsidRPr="00D07E99" w:rsidRDefault="001F7B7F">
            <w:pPr>
              <w:spacing w:after="0"/>
              <w:rPr>
                <w:rFonts w:ascii="Arial Narrow" w:hAnsi="Arial Narrow" w:cs="Calibri"/>
                <w:iCs/>
              </w:rPr>
            </w:pPr>
          </w:p>
        </w:tc>
      </w:tr>
      <w:tr w:rsidR="001F7B7F" w:rsidRPr="00D07E99" w14:paraId="255146BF" w14:textId="77777777">
        <w:trPr>
          <w:jc w:val="center"/>
        </w:trPr>
        <w:tc>
          <w:tcPr>
            <w:tcW w:w="3600" w:type="dxa"/>
            <w:shd w:val="clear" w:color="auto" w:fill="F2F2F2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339E7D70" w14:textId="77777777" w:rsidR="001F7B7F" w:rsidRPr="00D07E99" w:rsidRDefault="00000000">
            <w:pPr>
              <w:spacing w:after="0"/>
              <w:rPr>
                <w:rFonts w:ascii="Arial Narrow" w:hAnsi="Arial Narrow" w:cs="Calibri"/>
                <w:iCs/>
              </w:rPr>
            </w:pPr>
            <w:r w:rsidRPr="00D07E99">
              <w:rPr>
                <w:rFonts w:ascii="Arial Narrow" w:hAnsi="Arial Narrow" w:cs="Calibri"/>
                <w:b/>
                <w:iCs/>
                <w:sz w:val="20"/>
              </w:rPr>
              <w:t>Adresa / Sjedište:</w:t>
            </w:r>
          </w:p>
        </w:tc>
        <w:tc>
          <w:tcPr>
            <w:tcW w:w="5760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623EFBDD" w14:textId="77777777" w:rsidR="001F7B7F" w:rsidRPr="00D07E99" w:rsidRDefault="001F7B7F">
            <w:pPr>
              <w:spacing w:after="0"/>
              <w:rPr>
                <w:rFonts w:ascii="Arial Narrow" w:hAnsi="Arial Narrow" w:cs="Calibri"/>
                <w:iCs/>
              </w:rPr>
            </w:pPr>
          </w:p>
        </w:tc>
      </w:tr>
      <w:tr w:rsidR="001F7B7F" w:rsidRPr="00D07E99" w14:paraId="268034CB" w14:textId="77777777">
        <w:trPr>
          <w:jc w:val="center"/>
        </w:trPr>
        <w:tc>
          <w:tcPr>
            <w:tcW w:w="3600" w:type="dxa"/>
            <w:shd w:val="clear" w:color="auto" w:fill="F2F2F2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3A13D1B9" w14:textId="77777777" w:rsidR="001F7B7F" w:rsidRPr="00D07E99" w:rsidRDefault="00000000">
            <w:pPr>
              <w:spacing w:after="0"/>
              <w:rPr>
                <w:rFonts w:ascii="Arial Narrow" w:hAnsi="Arial Narrow" w:cs="Calibri"/>
                <w:iCs/>
              </w:rPr>
            </w:pPr>
            <w:r w:rsidRPr="00D07E99">
              <w:rPr>
                <w:rFonts w:ascii="Arial Narrow" w:hAnsi="Arial Narrow" w:cs="Calibri"/>
                <w:b/>
                <w:iCs/>
                <w:sz w:val="20"/>
              </w:rPr>
              <w:t>E-mail adresa (za kontakt):</w:t>
            </w:r>
          </w:p>
        </w:tc>
        <w:tc>
          <w:tcPr>
            <w:tcW w:w="5760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256172DC" w14:textId="77777777" w:rsidR="001F7B7F" w:rsidRPr="00D07E99" w:rsidRDefault="001F7B7F">
            <w:pPr>
              <w:spacing w:after="0"/>
              <w:rPr>
                <w:rFonts w:ascii="Arial Narrow" w:hAnsi="Arial Narrow" w:cs="Calibri"/>
                <w:iCs/>
              </w:rPr>
            </w:pPr>
          </w:p>
        </w:tc>
      </w:tr>
      <w:tr w:rsidR="001F7B7F" w:rsidRPr="00D07E99" w14:paraId="785E9B8C" w14:textId="77777777">
        <w:trPr>
          <w:jc w:val="center"/>
        </w:trPr>
        <w:tc>
          <w:tcPr>
            <w:tcW w:w="3600" w:type="dxa"/>
            <w:shd w:val="clear" w:color="auto" w:fill="F2F2F2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F76258B" w14:textId="77777777" w:rsidR="001F7B7F" w:rsidRPr="00D07E99" w:rsidRDefault="00000000">
            <w:pPr>
              <w:spacing w:after="0"/>
              <w:rPr>
                <w:rFonts w:ascii="Arial Narrow" w:hAnsi="Arial Narrow" w:cs="Calibri"/>
                <w:iCs/>
              </w:rPr>
            </w:pPr>
            <w:r w:rsidRPr="00D07E99">
              <w:rPr>
                <w:rFonts w:ascii="Arial Narrow" w:hAnsi="Arial Narrow" w:cs="Calibri"/>
                <w:b/>
                <w:iCs/>
                <w:sz w:val="20"/>
              </w:rPr>
              <w:t>Ime i prezime kontakt osobe (za pravne osobe):</w:t>
            </w:r>
          </w:p>
        </w:tc>
        <w:tc>
          <w:tcPr>
            <w:tcW w:w="5760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28AF827" w14:textId="77777777" w:rsidR="001F7B7F" w:rsidRPr="00D07E99" w:rsidRDefault="001F7B7F">
            <w:pPr>
              <w:spacing w:after="0"/>
              <w:rPr>
                <w:rFonts w:ascii="Arial Narrow" w:hAnsi="Arial Narrow" w:cs="Calibri"/>
                <w:iCs/>
              </w:rPr>
            </w:pPr>
          </w:p>
        </w:tc>
      </w:tr>
    </w:tbl>
    <w:p w14:paraId="60825094" w14:textId="77777777" w:rsidR="001F7B7F" w:rsidRPr="00D07E99" w:rsidRDefault="001F7B7F">
      <w:pPr>
        <w:spacing w:after="240"/>
        <w:rPr>
          <w:rFonts w:ascii="Arial Narrow" w:hAnsi="Arial Narrow" w:cs="Calibri"/>
          <w:iCs/>
        </w:rPr>
      </w:pPr>
    </w:p>
    <w:p w14:paraId="025A2E63" w14:textId="77777777" w:rsidR="001F7B7F" w:rsidRPr="00D07E99" w:rsidRDefault="00000000">
      <w:pPr>
        <w:spacing w:after="120"/>
        <w:rPr>
          <w:rFonts w:ascii="Arial Narrow" w:hAnsi="Arial Narrow" w:cs="Calibri"/>
          <w:iCs/>
        </w:rPr>
      </w:pPr>
      <w:r w:rsidRPr="00D07E99">
        <w:rPr>
          <w:rFonts w:ascii="Arial Narrow" w:hAnsi="Arial Narrow" w:cs="Calibri"/>
          <w:b/>
          <w:iCs/>
        </w:rPr>
        <w:t>2. PREDMET SAVJETOVANJA</w:t>
      </w:r>
    </w:p>
    <w:tbl>
      <w:tblPr>
        <w:tblW w:w="0" w:type="auto"/>
        <w:jc w:val="center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ook w:val="04A0" w:firstRow="1" w:lastRow="0" w:firstColumn="1" w:lastColumn="0" w:noHBand="0" w:noVBand="1"/>
      </w:tblPr>
      <w:tblGrid>
        <w:gridCol w:w="3597"/>
        <w:gridCol w:w="5753"/>
      </w:tblGrid>
      <w:tr w:rsidR="001F7B7F" w:rsidRPr="00D07E99" w14:paraId="67C11E45" w14:textId="77777777">
        <w:trPr>
          <w:jc w:val="center"/>
        </w:trPr>
        <w:tc>
          <w:tcPr>
            <w:tcW w:w="3600" w:type="dxa"/>
            <w:shd w:val="clear" w:color="auto" w:fill="F2F2F2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58B23FAA" w14:textId="77777777" w:rsidR="001F7B7F" w:rsidRPr="00D07E99" w:rsidRDefault="00000000">
            <w:pPr>
              <w:spacing w:after="0"/>
              <w:rPr>
                <w:rFonts w:ascii="Arial Narrow" w:hAnsi="Arial Narrow" w:cs="Calibri"/>
                <w:iCs/>
              </w:rPr>
            </w:pPr>
            <w:r w:rsidRPr="00D07E99">
              <w:rPr>
                <w:rFonts w:ascii="Arial Narrow" w:hAnsi="Arial Narrow" w:cs="Calibri"/>
                <w:b/>
                <w:iCs/>
                <w:sz w:val="20"/>
              </w:rPr>
              <w:t>Naziv akta:</w:t>
            </w:r>
          </w:p>
        </w:tc>
        <w:tc>
          <w:tcPr>
            <w:tcW w:w="5760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49414356" w14:textId="77777777" w:rsidR="001F7B7F" w:rsidRPr="00D07E99" w:rsidRDefault="00000000">
            <w:pPr>
              <w:spacing w:after="0"/>
              <w:rPr>
                <w:rFonts w:ascii="Arial Narrow" w:hAnsi="Arial Narrow" w:cs="Calibri"/>
                <w:iCs/>
              </w:rPr>
            </w:pPr>
            <w:r w:rsidRPr="00D07E99">
              <w:rPr>
                <w:rFonts w:ascii="Arial Narrow" w:hAnsi="Arial Narrow" w:cs="Calibri"/>
                <w:b/>
                <w:iCs/>
                <w:sz w:val="20"/>
              </w:rPr>
              <w:t>Nacrt Pravilnika o jednostavnoj nabavi</w:t>
            </w:r>
          </w:p>
        </w:tc>
      </w:tr>
      <w:tr w:rsidR="001F7B7F" w:rsidRPr="00D07E99" w14:paraId="7E7CA3A8" w14:textId="77777777">
        <w:trPr>
          <w:jc w:val="center"/>
        </w:trPr>
        <w:tc>
          <w:tcPr>
            <w:tcW w:w="3600" w:type="dxa"/>
            <w:shd w:val="clear" w:color="auto" w:fill="F2F2F2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76B329B6" w14:textId="77777777" w:rsidR="001F7B7F" w:rsidRPr="00D07E99" w:rsidRDefault="00000000">
            <w:pPr>
              <w:spacing w:after="0"/>
              <w:rPr>
                <w:rFonts w:ascii="Arial Narrow" w:hAnsi="Arial Narrow" w:cs="Calibri"/>
                <w:iCs/>
              </w:rPr>
            </w:pPr>
            <w:r w:rsidRPr="00D07E99">
              <w:rPr>
                <w:rFonts w:ascii="Arial Narrow" w:hAnsi="Arial Narrow" w:cs="Calibri"/>
                <w:b/>
                <w:iCs/>
                <w:sz w:val="20"/>
              </w:rPr>
              <w:t>Razdoblje savjetovanja:</w:t>
            </w:r>
          </w:p>
        </w:tc>
        <w:tc>
          <w:tcPr>
            <w:tcW w:w="5760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5254137E" w14:textId="12CB6249" w:rsidR="001F7B7F" w:rsidRPr="00D07E99" w:rsidRDefault="00000000">
            <w:pPr>
              <w:spacing w:after="0"/>
              <w:rPr>
                <w:rFonts w:ascii="Arial Narrow" w:hAnsi="Arial Narrow" w:cs="Calibri"/>
                <w:iCs/>
              </w:rPr>
            </w:pPr>
            <w:r w:rsidRPr="00D07E99">
              <w:rPr>
                <w:rFonts w:ascii="Arial Narrow" w:hAnsi="Arial Narrow" w:cs="Calibri"/>
                <w:iCs/>
                <w:sz w:val="20"/>
              </w:rPr>
              <w:t>Od</w:t>
            </w:r>
            <w:r w:rsidR="006F521F">
              <w:rPr>
                <w:rFonts w:ascii="Arial Narrow" w:hAnsi="Arial Narrow" w:cs="Calibri"/>
                <w:iCs/>
                <w:sz w:val="20"/>
              </w:rPr>
              <w:t xml:space="preserve"> 26.10.2026.</w:t>
            </w:r>
            <w:r w:rsidRPr="00D07E99">
              <w:rPr>
                <w:rFonts w:ascii="Arial Narrow" w:hAnsi="Arial Narrow" w:cs="Calibri"/>
                <w:iCs/>
                <w:sz w:val="20"/>
              </w:rPr>
              <w:t xml:space="preserve"> do</w:t>
            </w:r>
            <w:r w:rsidR="006F521F">
              <w:rPr>
                <w:rFonts w:ascii="Arial Narrow" w:hAnsi="Arial Narrow" w:cs="Calibri"/>
                <w:iCs/>
                <w:sz w:val="20"/>
              </w:rPr>
              <w:t xml:space="preserve"> </w:t>
            </w:r>
            <w:r w:rsidR="00561CF2">
              <w:rPr>
                <w:rFonts w:ascii="Arial Narrow" w:hAnsi="Arial Narrow" w:cs="Calibri"/>
                <w:iCs/>
                <w:sz w:val="20"/>
              </w:rPr>
              <w:t>10</w:t>
            </w:r>
            <w:r w:rsidR="006F521F">
              <w:rPr>
                <w:rFonts w:ascii="Arial Narrow" w:hAnsi="Arial Narrow" w:cs="Calibri"/>
                <w:iCs/>
                <w:sz w:val="20"/>
              </w:rPr>
              <w:t>.1</w:t>
            </w:r>
            <w:r w:rsidR="00D51CF6">
              <w:rPr>
                <w:rFonts w:ascii="Arial Narrow" w:hAnsi="Arial Narrow" w:cs="Calibri"/>
                <w:iCs/>
                <w:sz w:val="20"/>
              </w:rPr>
              <w:t>1</w:t>
            </w:r>
            <w:r w:rsidR="006F521F">
              <w:rPr>
                <w:rFonts w:ascii="Arial Narrow" w:hAnsi="Arial Narrow" w:cs="Calibri"/>
                <w:iCs/>
                <w:sz w:val="20"/>
              </w:rPr>
              <w:t>.</w:t>
            </w:r>
            <w:r w:rsidRPr="00D07E99">
              <w:rPr>
                <w:rFonts w:ascii="Arial Narrow" w:hAnsi="Arial Narrow" w:cs="Calibri"/>
                <w:iCs/>
                <w:sz w:val="20"/>
              </w:rPr>
              <w:t>2026. godine</w:t>
            </w:r>
          </w:p>
        </w:tc>
      </w:tr>
    </w:tbl>
    <w:p w14:paraId="0E9F70E6" w14:textId="77777777" w:rsidR="001F7B7F" w:rsidRPr="00D07E99" w:rsidRDefault="001F7B7F">
      <w:pPr>
        <w:spacing w:after="240"/>
        <w:rPr>
          <w:rFonts w:ascii="Arial Narrow" w:hAnsi="Arial Narrow" w:cs="Calibri"/>
          <w:iCs/>
        </w:rPr>
      </w:pPr>
    </w:p>
    <w:p w14:paraId="15BAED9E" w14:textId="77777777" w:rsidR="001F7B7F" w:rsidRPr="00D07E99" w:rsidRDefault="00000000">
      <w:pPr>
        <w:spacing w:after="120"/>
        <w:rPr>
          <w:rFonts w:ascii="Arial Narrow" w:hAnsi="Arial Narrow" w:cs="Calibri"/>
          <w:iCs/>
        </w:rPr>
      </w:pPr>
      <w:r w:rsidRPr="00D07E99">
        <w:rPr>
          <w:rFonts w:ascii="Arial Narrow" w:hAnsi="Arial Narrow" w:cs="Calibri"/>
          <w:b/>
          <w:iCs/>
        </w:rPr>
        <w:t>3. PRIMJEDBE, PRIJEDLOZI I MIŠLJENJA</w:t>
      </w:r>
    </w:p>
    <w:tbl>
      <w:tblPr>
        <w:tblW w:w="0" w:type="auto"/>
        <w:jc w:val="center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ook w:val="04A0" w:firstRow="1" w:lastRow="0" w:firstColumn="1" w:lastColumn="0" w:noHBand="0" w:noVBand="1"/>
      </w:tblPr>
      <w:tblGrid>
        <w:gridCol w:w="2159"/>
        <w:gridCol w:w="3595"/>
        <w:gridCol w:w="3596"/>
      </w:tblGrid>
      <w:tr w:rsidR="001F7B7F" w:rsidRPr="00D07E99" w14:paraId="1CD1FBBE" w14:textId="77777777" w:rsidTr="004A5A72">
        <w:trPr>
          <w:jc w:val="center"/>
        </w:trPr>
        <w:tc>
          <w:tcPr>
            <w:tcW w:w="2159" w:type="dxa"/>
            <w:shd w:val="clear" w:color="auto" w:fill="D9D9D9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3F3A7381" w14:textId="77777777" w:rsidR="001F7B7F" w:rsidRPr="00D07E99" w:rsidRDefault="00000000">
            <w:pPr>
              <w:spacing w:after="0"/>
              <w:jc w:val="center"/>
              <w:rPr>
                <w:rFonts w:ascii="Arial Narrow" w:hAnsi="Arial Narrow" w:cs="Calibri"/>
                <w:iCs/>
              </w:rPr>
            </w:pPr>
            <w:r w:rsidRPr="00D07E99">
              <w:rPr>
                <w:rFonts w:ascii="Arial Narrow" w:hAnsi="Arial Narrow" w:cs="Calibri"/>
                <w:b/>
                <w:iCs/>
                <w:sz w:val="20"/>
              </w:rPr>
              <w:t>Broj članka/stavka u Nacrtu</w:t>
            </w:r>
          </w:p>
        </w:tc>
        <w:tc>
          <w:tcPr>
            <w:tcW w:w="3595" w:type="dxa"/>
            <w:shd w:val="clear" w:color="auto" w:fill="D9D9D9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406E030A" w14:textId="77777777" w:rsidR="001F7B7F" w:rsidRPr="00D07E99" w:rsidRDefault="00000000">
            <w:pPr>
              <w:spacing w:after="0"/>
              <w:jc w:val="center"/>
              <w:rPr>
                <w:rFonts w:ascii="Arial Narrow" w:hAnsi="Arial Narrow" w:cs="Calibri"/>
                <w:iCs/>
              </w:rPr>
            </w:pPr>
            <w:r w:rsidRPr="00D07E99">
              <w:rPr>
                <w:rFonts w:ascii="Arial Narrow" w:hAnsi="Arial Narrow" w:cs="Calibri"/>
                <w:b/>
                <w:iCs/>
                <w:sz w:val="20"/>
              </w:rPr>
              <w:t>Prijedlog izmjene (novi tekst)</w:t>
            </w:r>
          </w:p>
        </w:tc>
        <w:tc>
          <w:tcPr>
            <w:tcW w:w="3596" w:type="dxa"/>
            <w:shd w:val="clear" w:color="auto" w:fill="D9D9D9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5777750B" w14:textId="77777777" w:rsidR="001F7B7F" w:rsidRPr="00D07E99" w:rsidRDefault="00000000">
            <w:pPr>
              <w:spacing w:after="0"/>
              <w:jc w:val="center"/>
              <w:rPr>
                <w:rFonts w:ascii="Arial Narrow" w:hAnsi="Arial Narrow" w:cs="Calibri"/>
                <w:iCs/>
              </w:rPr>
            </w:pPr>
            <w:r w:rsidRPr="00D07E99">
              <w:rPr>
                <w:rFonts w:ascii="Arial Narrow" w:hAnsi="Arial Narrow" w:cs="Calibri"/>
                <w:b/>
                <w:iCs/>
                <w:sz w:val="20"/>
              </w:rPr>
              <w:t>Obrazloženje prijedloga</w:t>
            </w:r>
          </w:p>
        </w:tc>
      </w:tr>
      <w:tr w:rsidR="001F7B7F" w:rsidRPr="00D07E99" w14:paraId="7923E250" w14:textId="77777777" w:rsidTr="004A5A72">
        <w:trPr>
          <w:jc w:val="center"/>
        </w:trPr>
        <w:tc>
          <w:tcPr>
            <w:tcW w:w="2159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3EB36C35" w14:textId="43735CA8" w:rsidR="001F7B7F" w:rsidRPr="00D07E99" w:rsidRDefault="001F7B7F">
            <w:pPr>
              <w:spacing w:after="0"/>
              <w:rPr>
                <w:rFonts w:ascii="Arial Narrow" w:hAnsi="Arial Narrow" w:cs="Calibri"/>
                <w:iCs/>
              </w:rPr>
            </w:pPr>
          </w:p>
        </w:tc>
        <w:tc>
          <w:tcPr>
            <w:tcW w:w="3595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044B1256" w14:textId="04A4DB07" w:rsidR="001F7B7F" w:rsidRPr="00D07E99" w:rsidRDefault="001F7B7F">
            <w:pPr>
              <w:spacing w:after="0"/>
              <w:rPr>
                <w:rFonts w:ascii="Arial Narrow" w:hAnsi="Arial Narrow" w:cs="Calibri"/>
                <w:iCs/>
              </w:rPr>
            </w:pPr>
          </w:p>
        </w:tc>
        <w:tc>
          <w:tcPr>
            <w:tcW w:w="3596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4F0B21FE" w14:textId="077A94A3" w:rsidR="001F7B7F" w:rsidRPr="00D07E99" w:rsidRDefault="001F7B7F">
            <w:pPr>
              <w:spacing w:after="0"/>
              <w:rPr>
                <w:rFonts w:ascii="Arial Narrow" w:hAnsi="Arial Narrow" w:cs="Calibri"/>
                <w:iCs/>
              </w:rPr>
            </w:pPr>
          </w:p>
        </w:tc>
      </w:tr>
      <w:tr w:rsidR="001F7B7F" w:rsidRPr="00D07E99" w14:paraId="571A8469" w14:textId="77777777" w:rsidTr="004A5A72">
        <w:trPr>
          <w:jc w:val="center"/>
        </w:trPr>
        <w:tc>
          <w:tcPr>
            <w:tcW w:w="2159" w:type="dxa"/>
            <w:tcMar>
              <w:top w:w="280" w:type="dxa"/>
              <w:left w:w="150" w:type="dxa"/>
              <w:bottom w:w="280" w:type="dxa"/>
              <w:right w:w="150" w:type="dxa"/>
            </w:tcMar>
          </w:tcPr>
          <w:p w14:paraId="70AE1D7B" w14:textId="77777777" w:rsidR="001F7B7F" w:rsidRPr="00D07E99" w:rsidRDefault="001F7B7F">
            <w:pPr>
              <w:spacing w:after="0"/>
              <w:rPr>
                <w:rFonts w:ascii="Arial Narrow" w:hAnsi="Arial Narrow" w:cs="Calibri"/>
                <w:iCs/>
              </w:rPr>
            </w:pPr>
          </w:p>
        </w:tc>
        <w:tc>
          <w:tcPr>
            <w:tcW w:w="3595" w:type="dxa"/>
            <w:tcMar>
              <w:top w:w="280" w:type="dxa"/>
              <w:left w:w="150" w:type="dxa"/>
              <w:bottom w:w="280" w:type="dxa"/>
              <w:right w:w="150" w:type="dxa"/>
            </w:tcMar>
          </w:tcPr>
          <w:p w14:paraId="62ADF2CA" w14:textId="77777777" w:rsidR="001F7B7F" w:rsidRPr="00D07E99" w:rsidRDefault="001F7B7F">
            <w:pPr>
              <w:spacing w:after="0"/>
              <w:rPr>
                <w:rFonts w:ascii="Arial Narrow" w:hAnsi="Arial Narrow" w:cs="Calibri"/>
                <w:iCs/>
              </w:rPr>
            </w:pPr>
          </w:p>
        </w:tc>
        <w:tc>
          <w:tcPr>
            <w:tcW w:w="3596" w:type="dxa"/>
            <w:tcMar>
              <w:top w:w="280" w:type="dxa"/>
              <w:left w:w="150" w:type="dxa"/>
              <w:bottom w:w="280" w:type="dxa"/>
              <w:right w:w="150" w:type="dxa"/>
            </w:tcMar>
          </w:tcPr>
          <w:p w14:paraId="46481A01" w14:textId="77777777" w:rsidR="001F7B7F" w:rsidRPr="00D07E99" w:rsidRDefault="001F7B7F">
            <w:pPr>
              <w:spacing w:after="0"/>
              <w:rPr>
                <w:rFonts w:ascii="Arial Narrow" w:hAnsi="Arial Narrow" w:cs="Calibri"/>
                <w:iCs/>
              </w:rPr>
            </w:pPr>
          </w:p>
        </w:tc>
      </w:tr>
    </w:tbl>
    <w:p w14:paraId="791F6168" w14:textId="77777777" w:rsidR="001F7B7F" w:rsidRDefault="001F7B7F">
      <w:pPr>
        <w:spacing w:after="320"/>
        <w:rPr>
          <w:rFonts w:ascii="Arial Narrow" w:hAnsi="Arial Narrow" w:cs="Calibri"/>
          <w:iCs/>
        </w:rPr>
      </w:pPr>
    </w:p>
    <w:p w14:paraId="4D502F3E" w14:textId="77777777" w:rsidR="00D51CF6" w:rsidRPr="00D07E99" w:rsidRDefault="00D51CF6">
      <w:pPr>
        <w:spacing w:after="320"/>
        <w:rPr>
          <w:rFonts w:ascii="Arial Narrow" w:hAnsi="Arial Narrow" w:cs="Calibri"/>
          <w:iCs/>
        </w:rPr>
      </w:pPr>
    </w:p>
    <w:p w14:paraId="43E8D4EF" w14:textId="77777777" w:rsidR="001F7B7F" w:rsidRPr="00D07E99" w:rsidRDefault="00000000">
      <w:pPr>
        <w:spacing w:after="80"/>
        <w:rPr>
          <w:rFonts w:ascii="Arial Narrow" w:hAnsi="Arial Narrow" w:cs="Calibri"/>
          <w:iCs/>
        </w:rPr>
      </w:pPr>
      <w:r w:rsidRPr="00D07E99">
        <w:rPr>
          <w:rFonts w:ascii="Arial Narrow" w:hAnsi="Arial Narrow" w:cs="Calibri"/>
          <w:b/>
          <w:iCs/>
        </w:rPr>
        <w:lastRenderedPageBreak/>
        <w:t>Napomene za ispunjavanje i dostavu obrasca:</w:t>
      </w:r>
    </w:p>
    <w:p w14:paraId="563D9BEE" w14:textId="124124CB" w:rsidR="001F7B7F" w:rsidRPr="00D07E99" w:rsidRDefault="00000000">
      <w:pPr>
        <w:pStyle w:val="Grafikeoznake"/>
        <w:spacing w:after="60"/>
        <w:rPr>
          <w:rFonts w:ascii="Arial Narrow" w:hAnsi="Arial Narrow" w:cs="Calibri"/>
          <w:iCs/>
        </w:rPr>
      </w:pPr>
      <w:r w:rsidRPr="00D07E99">
        <w:rPr>
          <w:rFonts w:ascii="Arial Narrow" w:hAnsi="Arial Narrow" w:cs="Calibri"/>
          <w:iCs/>
          <w:sz w:val="20"/>
        </w:rPr>
        <w:t xml:space="preserve">Popunjeni obrazac potrebno je dostaviti najkasnije do </w:t>
      </w:r>
      <w:r w:rsidR="00561CF2">
        <w:rPr>
          <w:rFonts w:ascii="Arial Narrow" w:hAnsi="Arial Narrow" w:cs="Calibri"/>
          <w:iCs/>
          <w:sz w:val="20"/>
        </w:rPr>
        <w:t>10</w:t>
      </w:r>
      <w:r w:rsidR="006F521F">
        <w:rPr>
          <w:rFonts w:ascii="Arial Narrow" w:hAnsi="Arial Narrow" w:cs="Calibri"/>
          <w:iCs/>
          <w:sz w:val="20"/>
        </w:rPr>
        <w:t>.11.</w:t>
      </w:r>
      <w:r w:rsidRPr="00D07E99">
        <w:rPr>
          <w:rFonts w:ascii="Arial Narrow" w:hAnsi="Arial Narrow" w:cs="Calibri"/>
          <w:iCs/>
          <w:sz w:val="20"/>
        </w:rPr>
        <w:t xml:space="preserve">2026. godine u </w:t>
      </w:r>
      <w:r w:rsidR="006F521F">
        <w:rPr>
          <w:rFonts w:ascii="Arial Narrow" w:hAnsi="Arial Narrow" w:cs="Calibri"/>
          <w:iCs/>
          <w:sz w:val="20"/>
        </w:rPr>
        <w:t>15.00</w:t>
      </w:r>
      <w:r w:rsidRPr="00D07E99">
        <w:rPr>
          <w:rFonts w:ascii="Arial Narrow" w:hAnsi="Arial Narrow" w:cs="Calibri"/>
          <w:iCs/>
          <w:sz w:val="20"/>
        </w:rPr>
        <w:t xml:space="preserve"> sati.</w:t>
      </w:r>
    </w:p>
    <w:p w14:paraId="1493E1C4" w14:textId="7EEBBDFC" w:rsidR="001F7B7F" w:rsidRPr="00D07E99" w:rsidRDefault="00000000">
      <w:pPr>
        <w:pStyle w:val="Grafikeoznake"/>
        <w:spacing w:after="60"/>
        <w:rPr>
          <w:rFonts w:ascii="Arial Narrow" w:hAnsi="Arial Narrow" w:cs="Calibri"/>
          <w:iCs/>
        </w:rPr>
      </w:pPr>
      <w:r w:rsidRPr="00D07E99">
        <w:rPr>
          <w:rFonts w:ascii="Arial Narrow" w:hAnsi="Arial Narrow" w:cs="Calibri"/>
          <w:iCs/>
          <w:sz w:val="20"/>
        </w:rPr>
        <w:t xml:space="preserve">Obrazac se dostavlja elektroničkom poštom na e-mail adresu škole: </w:t>
      </w:r>
      <w:hyperlink r:id="rId7" w:history="1">
        <w:r w:rsidR="008B23E8" w:rsidRPr="00D07E99">
          <w:rPr>
            <w:rStyle w:val="Hiperveza"/>
            <w:rFonts w:ascii="Arial Narrow" w:hAnsi="Arial Narrow" w:cs="Calibri"/>
            <w:iCs/>
            <w:sz w:val="20"/>
          </w:rPr>
          <w:t>ravnatelj@katolicka-gimnazija.hr</w:t>
        </w:r>
      </w:hyperlink>
      <w:r w:rsidR="008B23E8" w:rsidRPr="00D07E99">
        <w:rPr>
          <w:rFonts w:ascii="Arial Narrow" w:hAnsi="Arial Narrow" w:cs="Calibri"/>
          <w:iCs/>
          <w:sz w:val="20"/>
        </w:rPr>
        <w:t xml:space="preserve"> </w:t>
      </w:r>
      <w:r w:rsidRPr="00D07E99">
        <w:rPr>
          <w:rFonts w:ascii="Arial Narrow" w:hAnsi="Arial Narrow" w:cs="Calibri"/>
          <w:iCs/>
          <w:sz w:val="20"/>
        </w:rPr>
        <w:t xml:space="preserve"> s naznakom u predmetu: „Savjetovanje s javnošću – Pravilnik o jednostavnoj nabavi“</w:t>
      </w:r>
    </w:p>
    <w:p w14:paraId="0848C9B0" w14:textId="77777777" w:rsidR="001F7B7F" w:rsidRPr="00D07E99" w:rsidRDefault="00000000">
      <w:pPr>
        <w:pStyle w:val="Grafikeoznake"/>
        <w:spacing w:after="60"/>
        <w:rPr>
          <w:rFonts w:ascii="Arial Narrow" w:hAnsi="Arial Narrow" w:cs="Calibri"/>
          <w:iCs/>
        </w:rPr>
      </w:pPr>
      <w:r w:rsidRPr="00D07E99">
        <w:rPr>
          <w:rFonts w:ascii="Arial Narrow" w:hAnsi="Arial Narrow" w:cs="Calibri"/>
          <w:iCs/>
          <w:sz w:val="20"/>
        </w:rPr>
        <w:t>Primjedbe i prijedlozi koji ne budu dostavljeni na ovom obrascu, koji budu anonimni ili zaprimljeni nakon isteka roka, neće se uzeti u razmatranje.</w:t>
      </w:r>
    </w:p>
    <w:p w14:paraId="6B6E223A" w14:textId="77777777" w:rsidR="001F7B7F" w:rsidRPr="00D07E99" w:rsidRDefault="00000000">
      <w:pPr>
        <w:pStyle w:val="Grafikeoznake"/>
        <w:spacing w:after="60"/>
        <w:rPr>
          <w:rFonts w:ascii="Arial Narrow" w:hAnsi="Arial Narrow" w:cs="Calibri"/>
          <w:iCs/>
        </w:rPr>
      </w:pPr>
      <w:r w:rsidRPr="00D07E99">
        <w:rPr>
          <w:rFonts w:ascii="Arial Narrow" w:hAnsi="Arial Narrow" w:cs="Calibri"/>
          <w:iCs/>
          <w:sz w:val="20"/>
        </w:rPr>
        <w:t>Po završetku savjetovanja, škola će izraditi i na svojim internetskim stranicama objaviti Izvješće o zaprimljenim prijedlozima i očitovanjima.</w:t>
      </w:r>
    </w:p>
    <w:p w14:paraId="7B23FB3C" w14:textId="77777777" w:rsidR="001F7B7F" w:rsidRPr="00D07E99" w:rsidRDefault="00000000">
      <w:pPr>
        <w:pStyle w:val="Grafikeoznake"/>
        <w:spacing w:after="60"/>
        <w:rPr>
          <w:rFonts w:ascii="Arial Narrow" w:hAnsi="Arial Narrow" w:cs="Calibri"/>
          <w:iCs/>
        </w:rPr>
      </w:pPr>
      <w:r w:rsidRPr="00D07E99">
        <w:rPr>
          <w:rFonts w:ascii="Arial Narrow" w:hAnsi="Arial Narrow" w:cs="Calibri"/>
          <w:iCs/>
          <w:sz w:val="20"/>
        </w:rPr>
        <w:t>Zaštita osobnih podataka (GDPR): Zaprimljeni osobni podaci sudionika savjetovanja koristit će se isključivo u svrhu provođenja ovog postupka sukladno Zakonu o pravu na pristup informacijama i neće se prosljeđivati trećim stranama.</w:t>
      </w:r>
    </w:p>
    <w:sectPr w:rsidR="001F7B7F" w:rsidRPr="00D07E99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48017460">
    <w:abstractNumId w:val="8"/>
  </w:num>
  <w:num w:numId="2" w16cid:durableId="2127890695">
    <w:abstractNumId w:val="6"/>
  </w:num>
  <w:num w:numId="3" w16cid:durableId="1166936300">
    <w:abstractNumId w:val="5"/>
  </w:num>
  <w:num w:numId="4" w16cid:durableId="799423669">
    <w:abstractNumId w:val="4"/>
  </w:num>
  <w:num w:numId="5" w16cid:durableId="1832015961">
    <w:abstractNumId w:val="7"/>
  </w:num>
  <w:num w:numId="6" w16cid:durableId="454176715">
    <w:abstractNumId w:val="3"/>
  </w:num>
  <w:num w:numId="7" w16cid:durableId="926615847">
    <w:abstractNumId w:val="2"/>
  </w:num>
  <w:num w:numId="8" w16cid:durableId="1675648960">
    <w:abstractNumId w:val="1"/>
  </w:num>
  <w:num w:numId="9" w16cid:durableId="2014338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A8D"/>
    <w:rsid w:val="00034616"/>
    <w:rsid w:val="0006063C"/>
    <w:rsid w:val="0015074B"/>
    <w:rsid w:val="001F7B7F"/>
    <w:rsid w:val="002026A0"/>
    <w:rsid w:val="0029639D"/>
    <w:rsid w:val="00326F90"/>
    <w:rsid w:val="00386AFE"/>
    <w:rsid w:val="004A5A72"/>
    <w:rsid w:val="004E414F"/>
    <w:rsid w:val="00561CF2"/>
    <w:rsid w:val="006F521F"/>
    <w:rsid w:val="007934C9"/>
    <w:rsid w:val="008B23E8"/>
    <w:rsid w:val="009E0616"/>
    <w:rsid w:val="00A81080"/>
    <w:rsid w:val="00AA1D8D"/>
    <w:rsid w:val="00AD0FC7"/>
    <w:rsid w:val="00B47730"/>
    <w:rsid w:val="00CB0664"/>
    <w:rsid w:val="00D07E99"/>
    <w:rsid w:val="00D51CF6"/>
    <w:rsid w:val="00E635F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8D7B4F"/>
  <w14:defaultImageDpi w14:val="300"/>
  <w15:docId w15:val="{384F9F4B-3CD7-4541-A085-B52EF97A4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eza">
    <w:name w:val="Hyperlink"/>
    <w:basedOn w:val="Zadanifontodlomka"/>
    <w:uiPriority w:val="99"/>
    <w:unhideWhenUsed/>
    <w:rsid w:val="008B23E8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8B23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ravnatelj@katolicka-gimnazija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avnatelj@katolicka-gimnazija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.JN 01</cp:lastModifiedBy>
  <cp:revision>12</cp:revision>
  <dcterms:created xsi:type="dcterms:W3CDTF">2026-10-19T10:34:00Z</dcterms:created>
  <dcterms:modified xsi:type="dcterms:W3CDTF">2026-10-23T09:24:00Z</dcterms:modified>
  <cp:category/>
</cp:coreProperties>
</file>